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68EBE" w14:textId="77777777" w:rsidR="00CC527B" w:rsidRDefault="00000000" w:rsidP="00613826">
      <w:pPr>
        <w:pStyle w:val="Cmsor1"/>
        <w:jc w:val="center"/>
      </w:pPr>
      <w:r>
        <w:t>BCWA Membership Application Form</w:t>
      </w:r>
    </w:p>
    <w:p w14:paraId="65238C9F" w14:textId="77777777" w:rsidR="006422C7" w:rsidRPr="006422C7" w:rsidRDefault="006422C7" w:rsidP="006422C7"/>
    <w:p w14:paraId="2E453D22" w14:textId="1FD68EFF" w:rsidR="00CC527B" w:rsidRDefault="00000000">
      <w:r>
        <w:t xml:space="preserve">Please fill out the form below and send it to: office@thebcwawards.com </w:t>
      </w:r>
    </w:p>
    <w:p w14:paraId="3146FFC5" w14:textId="77777777" w:rsidR="00CC527B" w:rsidRDefault="00000000">
      <w:r>
        <w:t>Full Name:</w:t>
      </w:r>
    </w:p>
    <w:p w14:paraId="0BCEE7CF" w14:textId="77777777" w:rsidR="00CC527B" w:rsidRDefault="00000000">
      <w:r>
        <w:t>Email Address:</w:t>
      </w:r>
    </w:p>
    <w:p w14:paraId="1B9FAF5E" w14:textId="77777777" w:rsidR="00CC527B" w:rsidRDefault="00000000">
      <w:r>
        <w:t>Phone Number (optional):</w:t>
      </w:r>
    </w:p>
    <w:p w14:paraId="58176158" w14:textId="77777777" w:rsidR="00CC527B" w:rsidRDefault="00000000">
      <w:r>
        <w:t>Company Name (if applicable):</w:t>
      </w:r>
    </w:p>
    <w:p w14:paraId="13FE4FA7" w14:textId="77777777" w:rsidR="00CC527B" w:rsidRDefault="00000000">
      <w:r>
        <w:t>Position / Role:</w:t>
      </w:r>
    </w:p>
    <w:p w14:paraId="1E42759D" w14:textId="77777777" w:rsidR="00CC527B" w:rsidRDefault="00000000">
      <w:r>
        <w:t>Website or Social Media (optional):</w:t>
      </w:r>
    </w:p>
    <w:p w14:paraId="76A6C77F" w14:textId="77777777" w:rsidR="00CC527B" w:rsidRDefault="00000000">
      <w:r>
        <w:t>Membership Type (please select one):</w:t>
      </w:r>
    </w:p>
    <w:p w14:paraId="77404D91" w14:textId="77777777" w:rsidR="00CC527B" w:rsidRDefault="00000000">
      <w:r>
        <w:t>☐ BCWA Member (£29 / year)</w:t>
      </w:r>
    </w:p>
    <w:p w14:paraId="78ECAC62" w14:textId="77777777" w:rsidR="00CC527B" w:rsidRDefault="00000000">
      <w:r>
        <w:t>☐ BCWA VIP Member (£79 / year)</w:t>
      </w:r>
    </w:p>
    <w:p w14:paraId="2A9E1D6B" w14:textId="77777777" w:rsidR="00CC527B" w:rsidRDefault="00000000">
      <w:r>
        <w:t>☐ BCWA Lifetime Member (£249 one-time fee)</w:t>
      </w:r>
    </w:p>
    <w:p w14:paraId="0EDB686B" w14:textId="77777777" w:rsidR="00CC527B" w:rsidRDefault="00000000">
      <w:r>
        <w:t>Billing Address:</w:t>
      </w:r>
    </w:p>
    <w:p w14:paraId="130450FD" w14:textId="77777777" w:rsidR="00613826" w:rsidRDefault="00613826"/>
    <w:p w14:paraId="12417C7C" w14:textId="77777777" w:rsidR="00CC527B" w:rsidRDefault="00000000">
      <w:r>
        <w:t>Preferred Payment Method (currently only bank transfer is accepted):</w:t>
      </w:r>
    </w:p>
    <w:p w14:paraId="75514995" w14:textId="77777777" w:rsidR="00CC527B" w:rsidRDefault="00000000">
      <w:r>
        <w:t>Additional Notes (optional):</w:t>
      </w:r>
    </w:p>
    <w:p w14:paraId="4B9EB363" w14:textId="77777777" w:rsidR="00613826" w:rsidRDefault="00613826"/>
    <w:p w14:paraId="4A80BD3C" w14:textId="77777777" w:rsidR="00CC527B" w:rsidRDefault="00000000">
      <w:r>
        <w:t>By submitting this form, I confirm that the information provided is accurate and I agree to the BCWA membership terms and conditions.</w:t>
      </w:r>
    </w:p>
    <w:p w14:paraId="2A348922" w14:textId="77777777" w:rsidR="00613826" w:rsidRDefault="00613826"/>
    <w:p w14:paraId="47E8740C" w14:textId="0C849C9B" w:rsidR="00CC527B" w:rsidRDefault="00000000">
      <w:r>
        <w:t xml:space="preserve">Signature: _______________________        </w:t>
      </w:r>
      <w:r w:rsidR="00613826">
        <w:tab/>
      </w:r>
      <w:r w:rsidR="00613826">
        <w:tab/>
      </w:r>
      <w:r w:rsidR="00613826">
        <w:tab/>
      </w:r>
      <w:r w:rsidR="00613826">
        <w:tab/>
      </w:r>
      <w:r>
        <w:t>Date: _______________________</w:t>
      </w:r>
    </w:p>
    <w:sectPr w:rsidR="00CC527B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4A8DB" w14:textId="77777777" w:rsidR="00D30871" w:rsidRDefault="00D30871" w:rsidP="00613826">
      <w:pPr>
        <w:spacing w:after="0" w:line="240" w:lineRule="auto"/>
      </w:pPr>
      <w:r>
        <w:separator/>
      </w:r>
    </w:p>
  </w:endnote>
  <w:endnote w:type="continuationSeparator" w:id="0">
    <w:p w14:paraId="430E693A" w14:textId="77777777" w:rsidR="00D30871" w:rsidRDefault="00D30871" w:rsidP="00613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03C4C" w14:textId="77777777" w:rsidR="00D30871" w:rsidRDefault="00D30871" w:rsidP="00613826">
      <w:pPr>
        <w:spacing w:after="0" w:line="240" w:lineRule="auto"/>
      </w:pPr>
      <w:r>
        <w:separator/>
      </w:r>
    </w:p>
  </w:footnote>
  <w:footnote w:type="continuationSeparator" w:id="0">
    <w:p w14:paraId="3FAF3770" w14:textId="77777777" w:rsidR="00D30871" w:rsidRDefault="00D30871" w:rsidP="00613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14DBF" w14:textId="7A3D0510" w:rsidR="00613826" w:rsidRDefault="00613826" w:rsidP="00613826">
    <w:pPr>
      <w:pStyle w:val="lfej"/>
      <w:jc w:val="center"/>
    </w:pPr>
    <w:r>
      <w:rPr>
        <w:noProof/>
      </w:rPr>
      <w:drawing>
        <wp:inline distT="0" distB="0" distL="0" distR="0" wp14:anchorId="438690F8" wp14:editId="171907DB">
          <wp:extent cx="2159000" cy="1439333"/>
          <wp:effectExtent l="0" t="0" r="0" b="8890"/>
          <wp:docPr id="26630809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243" cy="1444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30826535">
    <w:abstractNumId w:val="8"/>
  </w:num>
  <w:num w:numId="2" w16cid:durableId="1172840500">
    <w:abstractNumId w:val="6"/>
  </w:num>
  <w:num w:numId="3" w16cid:durableId="2124423268">
    <w:abstractNumId w:val="5"/>
  </w:num>
  <w:num w:numId="4" w16cid:durableId="1720277779">
    <w:abstractNumId w:val="4"/>
  </w:num>
  <w:num w:numId="5" w16cid:durableId="1460604928">
    <w:abstractNumId w:val="7"/>
  </w:num>
  <w:num w:numId="6" w16cid:durableId="111705829">
    <w:abstractNumId w:val="3"/>
  </w:num>
  <w:num w:numId="7" w16cid:durableId="1726250897">
    <w:abstractNumId w:val="2"/>
  </w:num>
  <w:num w:numId="8" w16cid:durableId="1633171846">
    <w:abstractNumId w:val="1"/>
  </w:num>
  <w:num w:numId="9" w16cid:durableId="769349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08E5"/>
    <w:rsid w:val="0015074B"/>
    <w:rsid w:val="0029639D"/>
    <w:rsid w:val="00326F90"/>
    <w:rsid w:val="00613826"/>
    <w:rsid w:val="006422C7"/>
    <w:rsid w:val="00AA1D8D"/>
    <w:rsid w:val="00B47730"/>
    <w:rsid w:val="00CB0664"/>
    <w:rsid w:val="00CC527B"/>
    <w:rsid w:val="00D3087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3992C8"/>
  <w14:defaultImageDpi w14:val="300"/>
  <w15:docId w15:val="{E8C4A390-3627-47D2-88E2-6951BF13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Eva Somszegi</cp:lastModifiedBy>
  <cp:revision>3</cp:revision>
  <dcterms:created xsi:type="dcterms:W3CDTF">2013-12-23T23:15:00Z</dcterms:created>
  <dcterms:modified xsi:type="dcterms:W3CDTF">2025-05-06T09:50:00Z</dcterms:modified>
  <cp:category/>
</cp:coreProperties>
</file>